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D18B77" w14:textId="731A2F9D" w:rsidR="006B04D7" w:rsidRDefault="006B04D7" w:rsidP="00E73596">
      <w:pPr>
        <w:spacing w:line="260" w:lineRule="exact"/>
        <w:jc w:val="right"/>
        <w:rPr>
          <w:lang w:eastAsia="ja-JP"/>
        </w:rPr>
      </w:pPr>
      <w:r w:rsidRPr="00F901FC">
        <w:rPr>
          <w:lang w:eastAsia="ja-JP"/>
        </w:rPr>
        <w:t>令和</w:t>
      </w:r>
      <w:r w:rsidRPr="00F901FC">
        <w:rPr>
          <w:lang w:eastAsia="ja-JP"/>
        </w:rPr>
        <w:t xml:space="preserve"> </w:t>
      </w:r>
      <w:r w:rsidRPr="00F901FC">
        <w:rPr>
          <w:lang w:eastAsia="ja-JP"/>
        </w:rPr>
        <w:t>年</w:t>
      </w:r>
      <w:r w:rsidRPr="00F901FC">
        <w:rPr>
          <w:lang w:eastAsia="ja-JP"/>
        </w:rPr>
        <w:t xml:space="preserve"> </w:t>
      </w:r>
      <w:r w:rsidRPr="00F901FC">
        <w:rPr>
          <w:lang w:eastAsia="ja-JP"/>
        </w:rPr>
        <w:t>月</w:t>
      </w:r>
      <w:r w:rsidRPr="00F901FC">
        <w:rPr>
          <w:lang w:eastAsia="ja-JP"/>
        </w:rPr>
        <w:t xml:space="preserve"> </w:t>
      </w:r>
      <w:r w:rsidRPr="00F901FC">
        <w:rPr>
          <w:lang w:eastAsia="ja-JP"/>
        </w:rPr>
        <w:t>日</w:t>
      </w:r>
    </w:p>
    <w:p w14:paraId="4EA196F1" w14:textId="77777777" w:rsidR="00E73596" w:rsidRDefault="00E73596" w:rsidP="00E73596">
      <w:pPr>
        <w:spacing w:line="260" w:lineRule="exact"/>
        <w:jc w:val="right"/>
        <w:rPr>
          <w:rFonts w:hint="eastAsia"/>
          <w:lang w:eastAsia="ja-JP"/>
        </w:rPr>
      </w:pPr>
    </w:p>
    <w:p w14:paraId="67E7CE54" w14:textId="54676A12" w:rsidR="00E73596" w:rsidRDefault="00E73596" w:rsidP="00E73596">
      <w:pPr>
        <w:spacing w:line="260" w:lineRule="exact"/>
        <w:rPr>
          <w:lang w:eastAsia="ja-JP"/>
        </w:rPr>
      </w:pPr>
      <w:r>
        <w:rPr>
          <w:rFonts w:hint="eastAsia"/>
          <w:lang w:eastAsia="ja-JP"/>
        </w:rPr>
        <w:t>（あて先）</w:t>
      </w:r>
      <w:r w:rsidRPr="00F901FC">
        <w:rPr>
          <w:lang w:eastAsia="ja-JP"/>
        </w:rPr>
        <w:t>奈良市環境部廃棄物対策課</w:t>
      </w:r>
    </w:p>
    <w:p w14:paraId="1E5D0F21" w14:textId="77777777" w:rsidR="00E73596" w:rsidRPr="00F901FC" w:rsidRDefault="00E73596" w:rsidP="00E73596">
      <w:pPr>
        <w:spacing w:line="260" w:lineRule="exact"/>
        <w:rPr>
          <w:rFonts w:hint="eastAsia"/>
          <w:lang w:eastAsia="ja-JP"/>
        </w:rPr>
      </w:pPr>
    </w:p>
    <w:p w14:paraId="5036FAED" w14:textId="77777777" w:rsidR="00F901FC" w:rsidRPr="00F901FC" w:rsidRDefault="00F901FC" w:rsidP="00E73596">
      <w:pPr>
        <w:spacing w:line="260" w:lineRule="exact"/>
        <w:jc w:val="center"/>
        <w:rPr>
          <w:b/>
          <w:bCs/>
          <w:lang w:eastAsia="ja-JP"/>
        </w:rPr>
      </w:pPr>
      <w:r w:rsidRPr="00F901FC">
        <w:rPr>
          <w:b/>
          <w:bCs/>
          <w:lang w:eastAsia="ja-JP"/>
        </w:rPr>
        <w:t>受付印の例外的な押印に関する申出書</w:t>
      </w:r>
    </w:p>
    <w:p w14:paraId="2D06E87B" w14:textId="77777777" w:rsidR="00F901FC" w:rsidRPr="00F901FC" w:rsidRDefault="00F901FC" w:rsidP="00E73596">
      <w:pPr>
        <w:spacing w:line="260" w:lineRule="exact"/>
        <w:ind w:firstLineChars="100" w:firstLine="220"/>
        <w:rPr>
          <w:lang w:eastAsia="ja-JP"/>
        </w:rPr>
      </w:pPr>
      <w:r w:rsidRPr="00F901FC">
        <w:rPr>
          <w:lang w:eastAsia="ja-JP"/>
        </w:rPr>
        <w:t>下記の届出・報告書について、受付印の例外的な押印を希望するため、必要事項を申し出ます。</w:t>
      </w:r>
    </w:p>
    <w:tbl>
      <w:tblPr>
        <w:tblStyle w:val="afe"/>
        <w:tblW w:w="0" w:type="auto"/>
        <w:tblCellMar>
          <w:top w:w="57" w:type="dxa"/>
          <w:bottom w:w="57" w:type="dxa"/>
        </w:tblCellMar>
        <w:tblLook w:val="04A0" w:firstRow="1" w:lastRow="0" w:firstColumn="1" w:lastColumn="0" w:noHBand="0" w:noVBand="1"/>
      </w:tblPr>
      <w:tblGrid>
        <w:gridCol w:w="8838"/>
      </w:tblGrid>
      <w:tr w:rsidR="00AE3C91" w14:paraId="3F05A041" w14:textId="77777777" w:rsidTr="00AE3C91">
        <w:tc>
          <w:tcPr>
            <w:tcW w:w="8838" w:type="dxa"/>
          </w:tcPr>
          <w:p w14:paraId="49BD927A" w14:textId="77777777" w:rsidR="00AE3C91" w:rsidRDefault="00F901FC" w:rsidP="00E73596">
            <w:pPr>
              <w:spacing w:line="260" w:lineRule="exact"/>
              <w:ind w:firstLineChars="100" w:firstLine="221"/>
              <w:rPr>
                <w:b/>
                <w:bCs/>
                <w:lang w:eastAsia="ja-JP"/>
              </w:rPr>
            </w:pPr>
            <w:r w:rsidRPr="00F901FC">
              <w:rPr>
                <w:b/>
                <w:bCs/>
                <w:lang w:eastAsia="ja-JP"/>
              </w:rPr>
              <w:t>申出に当たっての注意事項</w:t>
            </w:r>
          </w:p>
          <w:p w14:paraId="55E1A492" w14:textId="3022FFD6" w:rsidR="00AE3C91" w:rsidRPr="00F901FC" w:rsidRDefault="00AE3C91" w:rsidP="00E73596">
            <w:pPr>
              <w:spacing w:line="260" w:lineRule="exact"/>
              <w:ind w:firstLineChars="100" w:firstLine="220"/>
              <w:rPr>
                <w:lang w:eastAsia="ja-JP"/>
              </w:rPr>
            </w:pPr>
            <w:r w:rsidRPr="00F901FC">
              <w:rPr>
                <w:lang w:eastAsia="ja-JP"/>
              </w:rPr>
              <w:t>受付印は、対象手続について原則として押印しません。この申出書を提出したことにより、押印が保証されるものではありません。</w:t>
            </w:r>
          </w:p>
          <w:p w14:paraId="4C734F67" w14:textId="77777777" w:rsidR="00AE3C91" w:rsidRPr="00F901FC" w:rsidRDefault="00AE3C91" w:rsidP="00E73596">
            <w:pPr>
              <w:spacing w:line="260" w:lineRule="exact"/>
              <w:ind w:firstLineChars="100" w:firstLine="220"/>
              <w:rPr>
                <w:lang w:eastAsia="ja-JP"/>
              </w:rPr>
            </w:pPr>
            <w:r w:rsidRPr="00F901FC">
              <w:rPr>
                <w:lang w:eastAsia="ja-JP"/>
              </w:rPr>
              <w:t>会社の内部規程、社内決裁、監査、保存、従前の取扱い、返信用封筒の同封又は窓口への控えの持参のみを理由とする押印は行いません。</w:t>
            </w:r>
          </w:p>
          <w:p w14:paraId="0438EDD0" w14:textId="77777777" w:rsidR="00E73596" w:rsidRDefault="00AE3C91" w:rsidP="00E73596">
            <w:pPr>
              <w:spacing w:line="260" w:lineRule="exact"/>
              <w:ind w:firstLineChars="100" w:firstLine="220"/>
              <w:rPr>
                <w:lang w:eastAsia="ja-JP"/>
              </w:rPr>
            </w:pPr>
            <w:r w:rsidRPr="00F901FC">
              <w:rPr>
                <w:lang w:eastAsia="ja-JP"/>
              </w:rPr>
              <w:t>受付印の押印は、提出書類の到達又は提出確認を示すものであり、内容の審査、許可、承認又は法令上の受理を示すものではありません。</w:t>
            </w:r>
          </w:p>
          <w:p w14:paraId="4D1BCFF4" w14:textId="7F2D3436" w:rsidR="00AE3C91" w:rsidRPr="00AE3C91" w:rsidRDefault="00AE3C91" w:rsidP="00E73596">
            <w:pPr>
              <w:spacing w:line="260" w:lineRule="exact"/>
              <w:ind w:firstLineChars="100" w:firstLine="220"/>
              <w:rPr>
                <w:b/>
                <w:bCs/>
                <w:lang w:eastAsia="ja-JP"/>
              </w:rPr>
            </w:pPr>
            <w:r w:rsidRPr="00F901FC">
              <w:rPr>
                <w:lang w:eastAsia="ja-JP"/>
              </w:rPr>
              <w:t>例外的に押印する場合も、提出者が用意した控えに限り、市の保存原本には押印しません。</w:t>
            </w:r>
          </w:p>
        </w:tc>
      </w:tr>
    </w:tbl>
    <w:p w14:paraId="14E640A6" w14:textId="77777777" w:rsidR="003F4999" w:rsidRDefault="003F4999" w:rsidP="00E73596">
      <w:pPr>
        <w:spacing w:line="260" w:lineRule="exact"/>
        <w:rPr>
          <w:b/>
          <w:bCs/>
          <w:lang w:eastAsia="ja-JP"/>
        </w:rPr>
      </w:pPr>
    </w:p>
    <w:p w14:paraId="41432E2D" w14:textId="2AB5A0CA" w:rsidR="00F901FC" w:rsidRPr="00F901FC" w:rsidRDefault="00F901FC" w:rsidP="00E73596">
      <w:pPr>
        <w:spacing w:line="260" w:lineRule="exact"/>
        <w:rPr>
          <w:b/>
          <w:bCs/>
        </w:rPr>
      </w:pPr>
      <w:r w:rsidRPr="00F901FC">
        <w:rPr>
          <w:b/>
          <w:bCs/>
          <w:lang w:eastAsia="ja-JP"/>
        </w:rPr>
        <w:t xml:space="preserve">1 </w:t>
      </w:r>
      <w:r w:rsidRPr="00F901FC">
        <w:rPr>
          <w:b/>
          <w:bCs/>
          <w:lang w:eastAsia="ja-JP"/>
        </w:rPr>
        <w:t>申出者・対象手続</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4320"/>
        <w:gridCol w:w="4320"/>
      </w:tblGrid>
      <w:tr w:rsidR="00F901FC" w:rsidRPr="00F901FC" w14:paraId="31350D38" w14:textId="77777777" w:rsidTr="00E73596">
        <w:trPr>
          <w:trHeight w:val="420"/>
        </w:trPr>
        <w:tc>
          <w:tcPr>
            <w:tcW w:w="4320" w:type="dxa"/>
            <w:vAlign w:val="center"/>
          </w:tcPr>
          <w:p w14:paraId="494F4F50" w14:textId="77777777" w:rsidR="00F901FC" w:rsidRPr="00F901FC" w:rsidRDefault="00F901FC" w:rsidP="00E73596">
            <w:pPr>
              <w:spacing w:line="260" w:lineRule="exact"/>
              <w:jc w:val="both"/>
            </w:pPr>
            <w:proofErr w:type="spellStart"/>
            <w:r w:rsidRPr="00F901FC">
              <w:rPr>
                <w:b/>
              </w:rPr>
              <w:t>事業者名</w:t>
            </w:r>
            <w:proofErr w:type="spellEnd"/>
          </w:p>
        </w:tc>
        <w:tc>
          <w:tcPr>
            <w:tcW w:w="4320" w:type="dxa"/>
            <w:vAlign w:val="center"/>
          </w:tcPr>
          <w:p w14:paraId="02A28E2D" w14:textId="77777777" w:rsidR="00F901FC" w:rsidRPr="00F901FC" w:rsidRDefault="00F901FC" w:rsidP="00E73596">
            <w:pPr>
              <w:spacing w:line="260" w:lineRule="exact"/>
              <w:jc w:val="both"/>
            </w:pPr>
          </w:p>
        </w:tc>
      </w:tr>
      <w:tr w:rsidR="00F901FC" w:rsidRPr="00F901FC" w14:paraId="0225419F" w14:textId="77777777" w:rsidTr="00E73596">
        <w:trPr>
          <w:trHeight w:val="420"/>
        </w:trPr>
        <w:tc>
          <w:tcPr>
            <w:tcW w:w="4320" w:type="dxa"/>
            <w:vAlign w:val="center"/>
          </w:tcPr>
          <w:p w14:paraId="5B48F204" w14:textId="77777777" w:rsidR="00F901FC" w:rsidRPr="00F901FC" w:rsidRDefault="00F901FC" w:rsidP="00E73596">
            <w:pPr>
              <w:spacing w:line="260" w:lineRule="exact"/>
              <w:jc w:val="both"/>
            </w:pPr>
            <w:proofErr w:type="spellStart"/>
            <w:r w:rsidRPr="00F901FC">
              <w:rPr>
                <w:b/>
              </w:rPr>
              <w:t>所在地</w:t>
            </w:r>
            <w:proofErr w:type="spellEnd"/>
          </w:p>
        </w:tc>
        <w:tc>
          <w:tcPr>
            <w:tcW w:w="4320" w:type="dxa"/>
            <w:vAlign w:val="center"/>
          </w:tcPr>
          <w:p w14:paraId="187957AD" w14:textId="77777777" w:rsidR="00F901FC" w:rsidRPr="00F901FC" w:rsidRDefault="00F901FC" w:rsidP="00E73596">
            <w:pPr>
              <w:spacing w:line="260" w:lineRule="exact"/>
              <w:jc w:val="both"/>
            </w:pPr>
          </w:p>
        </w:tc>
      </w:tr>
      <w:tr w:rsidR="00F901FC" w:rsidRPr="00F901FC" w14:paraId="55B3A441" w14:textId="77777777" w:rsidTr="00E73596">
        <w:trPr>
          <w:trHeight w:val="420"/>
        </w:trPr>
        <w:tc>
          <w:tcPr>
            <w:tcW w:w="4320" w:type="dxa"/>
            <w:vAlign w:val="center"/>
          </w:tcPr>
          <w:p w14:paraId="6A5325F5" w14:textId="77777777" w:rsidR="00F901FC" w:rsidRPr="00F901FC" w:rsidRDefault="00F901FC" w:rsidP="00E73596">
            <w:pPr>
              <w:spacing w:line="260" w:lineRule="exact"/>
              <w:jc w:val="both"/>
            </w:pPr>
            <w:proofErr w:type="spellStart"/>
            <w:r w:rsidRPr="00F901FC">
              <w:rPr>
                <w:b/>
              </w:rPr>
              <w:t>担当者名</w:t>
            </w:r>
            <w:proofErr w:type="spellEnd"/>
          </w:p>
        </w:tc>
        <w:tc>
          <w:tcPr>
            <w:tcW w:w="4320" w:type="dxa"/>
            <w:vAlign w:val="center"/>
          </w:tcPr>
          <w:p w14:paraId="12E426DD" w14:textId="77777777" w:rsidR="00F901FC" w:rsidRPr="00F901FC" w:rsidRDefault="00F901FC" w:rsidP="00E73596">
            <w:pPr>
              <w:spacing w:line="260" w:lineRule="exact"/>
              <w:jc w:val="both"/>
            </w:pPr>
          </w:p>
        </w:tc>
      </w:tr>
      <w:tr w:rsidR="00F901FC" w:rsidRPr="00F901FC" w14:paraId="6F1B7E92" w14:textId="77777777" w:rsidTr="00E73596">
        <w:trPr>
          <w:trHeight w:val="420"/>
        </w:trPr>
        <w:tc>
          <w:tcPr>
            <w:tcW w:w="4320" w:type="dxa"/>
            <w:vAlign w:val="center"/>
          </w:tcPr>
          <w:p w14:paraId="67B145C0" w14:textId="77777777" w:rsidR="00F901FC" w:rsidRPr="00F901FC" w:rsidRDefault="00F901FC" w:rsidP="00E73596">
            <w:pPr>
              <w:spacing w:line="260" w:lineRule="exact"/>
              <w:jc w:val="both"/>
            </w:pPr>
            <w:proofErr w:type="spellStart"/>
            <w:r w:rsidRPr="00F901FC">
              <w:rPr>
                <w:b/>
              </w:rPr>
              <w:t>電話番号</w:t>
            </w:r>
            <w:proofErr w:type="spellEnd"/>
          </w:p>
        </w:tc>
        <w:tc>
          <w:tcPr>
            <w:tcW w:w="4320" w:type="dxa"/>
            <w:vAlign w:val="center"/>
          </w:tcPr>
          <w:p w14:paraId="16CDC56C" w14:textId="77777777" w:rsidR="00F901FC" w:rsidRPr="00F901FC" w:rsidRDefault="00F901FC" w:rsidP="00E73596">
            <w:pPr>
              <w:spacing w:line="260" w:lineRule="exact"/>
              <w:jc w:val="both"/>
            </w:pPr>
          </w:p>
        </w:tc>
      </w:tr>
      <w:tr w:rsidR="00F901FC" w:rsidRPr="00F901FC" w14:paraId="395AFB6D" w14:textId="77777777" w:rsidTr="00E73596">
        <w:trPr>
          <w:trHeight w:val="420"/>
        </w:trPr>
        <w:tc>
          <w:tcPr>
            <w:tcW w:w="4320" w:type="dxa"/>
            <w:vAlign w:val="center"/>
          </w:tcPr>
          <w:p w14:paraId="0CD3AC0A" w14:textId="77777777" w:rsidR="00F901FC" w:rsidRPr="00F901FC" w:rsidRDefault="00F901FC" w:rsidP="00E73596">
            <w:pPr>
              <w:spacing w:line="260" w:lineRule="exact"/>
              <w:jc w:val="both"/>
            </w:pPr>
            <w:proofErr w:type="spellStart"/>
            <w:r w:rsidRPr="00F901FC">
              <w:rPr>
                <w:b/>
              </w:rPr>
              <w:t>メールアドレス</w:t>
            </w:r>
            <w:proofErr w:type="spellEnd"/>
          </w:p>
        </w:tc>
        <w:tc>
          <w:tcPr>
            <w:tcW w:w="4320" w:type="dxa"/>
            <w:vAlign w:val="center"/>
          </w:tcPr>
          <w:p w14:paraId="2F7BBEFF" w14:textId="77777777" w:rsidR="00F901FC" w:rsidRPr="00F901FC" w:rsidRDefault="00F901FC" w:rsidP="00E73596">
            <w:pPr>
              <w:spacing w:line="260" w:lineRule="exact"/>
              <w:jc w:val="both"/>
            </w:pPr>
          </w:p>
        </w:tc>
      </w:tr>
      <w:tr w:rsidR="00F901FC" w:rsidRPr="00F901FC" w14:paraId="3674E2C9" w14:textId="77777777" w:rsidTr="00E73596">
        <w:trPr>
          <w:trHeight w:val="540"/>
        </w:trPr>
        <w:tc>
          <w:tcPr>
            <w:tcW w:w="4320" w:type="dxa"/>
            <w:vAlign w:val="center"/>
          </w:tcPr>
          <w:p w14:paraId="726C66AD" w14:textId="77777777" w:rsidR="00F901FC" w:rsidRPr="00F901FC" w:rsidRDefault="00F901FC" w:rsidP="00E73596">
            <w:pPr>
              <w:spacing w:line="260" w:lineRule="exact"/>
              <w:jc w:val="both"/>
            </w:pPr>
            <w:proofErr w:type="spellStart"/>
            <w:r w:rsidRPr="00F901FC">
              <w:rPr>
                <w:b/>
              </w:rPr>
              <w:t>対象手続名</w:t>
            </w:r>
            <w:proofErr w:type="spellEnd"/>
          </w:p>
        </w:tc>
        <w:tc>
          <w:tcPr>
            <w:tcW w:w="4320" w:type="dxa"/>
            <w:vAlign w:val="center"/>
          </w:tcPr>
          <w:p w14:paraId="43ABF222" w14:textId="77777777" w:rsidR="00F901FC" w:rsidRPr="00F901FC" w:rsidRDefault="00F901FC" w:rsidP="00E73596">
            <w:pPr>
              <w:spacing w:line="260" w:lineRule="exact"/>
              <w:jc w:val="both"/>
            </w:pPr>
            <w:r w:rsidRPr="00F901FC">
              <w:t xml:space="preserve"> </w:t>
            </w:r>
          </w:p>
        </w:tc>
      </w:tr>
      <w:tr w:rsidR="00F901FC" w:rsidRPr="00F901FC" w14:paraId="1D1A6267" w14:textId="77777777" w:rsidTr="00E73596">
        <w:tc>
          <w:tcPr>
            <w:tcW w:w="4320" w:type="dxa"/>
            <w:vAlign w:val="center"/>
          </w:tcPr>
          <w:p w14:paraId="3D2D0A18" w14:textId="77777777" w:rsidR="00F901FC" w:rsidRPr="00F901FC" w:rsidRDefault="00F901FC" w:rsidP="00E73596">
            <w:pPr>
              <w:spacing w:line="260" w:lineRule="exact"/>
              <w:jc w:val="both"/>
              <w:rPr>
                <w:lang w:eastAsia="ja-JP"/>
              </w:rPr>
            </w:pPr>
            <w:r w:rsidRPr="00F901FC">
              <w:rPr>
                <w:b/>
                <w:lang w:eastAsia="ja-JP"/>
              </w:rPr>
              <w:t>提出日又は提出予定日</w:t>
            </w:r>
          </w:p>
        </w:tc>
        <w:tc>
          <w:tcPr>
            <w:tcW w:w="4320" w:type="dxa"/>
            <w:vAlign w:val="center"/>
          </w:tcPr>
          <w:p w14:paraId="03E902BB" w14:textId="6276440F" w:rsidR="00F901FC" w:rsidRPr="00F901FC" w:rsidRDefault="00F901FC" w:rsidP="00E73596">
            <w:pPr>
              <w:spacing w:line="260" w:lineRule="exact"/>
              <w:jc w:val="both"/>
              <w:rPr>
                <w:lang w:eastAsia="ja-JP"/>
              </w:rPr>
            </w:pPr>
          </w:p>
        </w:tc>
      </w:tr>
    </w:tbl>
    <w:p w14:paraId="659A691B" w14:textId="77777777" w:rsidR="00F901FC" w:rsidRDefault="00F901FC" w:rsidP="00E73596">
      <w:pPr>
        <w:spacing w:line="260" w:lineRule="exact"/>
        <w:rPr>
          <w:b/>
          <w:bCs/>
          <w:lang w:eastAsia="ja-JP"/>
        </w:rPr>
      </w:pPr>
    </w:p>
    <w:p w14:paraId="137AA0C4" w14:textId="77777777" w:rsidR="00F901FC" w:rsidRDefault="00F901FC" w:rsidP="00E73596">
      <w:pPr>
        <w:spacing w:line="260" w:lineRule="exact"/>
        <w:rPr>
          <w:b/>
          <w:bCs/>
          <w:lang w:eastAsia="ja-JP"/>
        </w:rPr>
      </w:pPr>
      <w:r>
        <w:rPr>
          <w:b/>
          <w:bCs/>
          <w:lang w:eastAsia="ja-JP"/>
        </w:rPr>
        <w:br w:type="page"/>
      </w:r>
    </w:p>
    <w:p w14:paraId="183DD22D" w14:textId="6FBF2851" w:rsidR="00F901FC" w:rsidRPr="00F901FC" w:rsidRDefault="00F901FC" w:rsidP="00E73596">
      <w:pPr>
        <w:spacing w:line="260" w:lineRule="exact"/>
        <w:rPr>
          <w:b/>
          <w:bCs/>
          <w:lang w:eastAsia="ja-JP"/>
        </w:rPr>
      </w:pPr>
      <w:r w:rsidRPr="00F901FC">
        <w:rPr>
          <w:b/>
          <w:bCs/>
          <w:lang w:eastAsia="ja-JP"/>
        </w:rPr>
        <w:lastRenderedPageBreak/>
        <w:t xml:space="preserve">2 </w:t>
      </w:r>
      <w:r w:rsidRPr="00F901FC">
        <w:rPr>
          <w:b/>
          <w:bCs/>
          <w:lang w:eastAsia="ja-JP"/>
        </w:rPr>
        <w:t>受付印を必要とする後続手続</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4320"/>
        <w:gridCol w:w="4320"/>
      </w:tblGrid>
      <w:tr w:rsidR="00F901FC" w:rsidRPr="00F901FC" w14:paraId="205CCDA9" w14:textId="77777777" w:rsidTr="00E73596">
        <w:trPr>
          <w:trHeight w:val="450"/>
        </w:trPr>
        <w:tc>
          <w:tcPr>
            <w:tcW w:w="4320" w:type="dxa"/>
          </w:tcPr>
          <w:p w14:paraId="16B4CA23" w14:textId="77777777" w:rsidR="00F901FC" w:rsidRPr="00F901FC" w:rsidRDefault="00F901FC" w:rsidP="00E73596">
            <w:pPr>
              <w:spacing w:line="260" w:lineRule="exact"/>
            </w:pPr>
            <w:proofErr w:type="spellStart"/>
            <w:r w:rsidRPr="00F901FC">
              <w:rPr>
                <w:b/>
              </w:rPr>
              <w:t>手続を行う機関名</w:t>
            </w:r>
            <w:proofErr w:type="spellEnd"/>
          </w:p>
        </w:tc>
        <w:tc>
          <w:tcPr>
            <w:tcW w:w="4320" w:type="dxa"/>
          </w:tcPr>
          <w:p w14:paraId="30BB66A0" w14:textId="77777777" w:rsidR="00F901FC" w:rsidRPr="00F901FC" w:rsidRDefault="00F901FC" w:rsidP="00E73596">
            <w:pPr>
              <w:spacing w:line="260" w:lineRule="exact"/>
            </w:pPr>
          </w:p>
        </w:tc>
      </w:tr>
      <w:tr w:rsidR="00F901FC" w:rsidRPr="00F901FC" w14:paraId="5D52B679" w14:textId="77777777" w:rsidTr="00E73596">
        <w:trPr>
          <w:trHeight w:val="450"/>
        </w:trPr>
        <w:tc>
          <w:tcPr>
            <w:tcW w:w="4320" w:type="dxa"/>
          </w:tcPr>
          <w:p w14:paraId="234A9574" w14:textId="77777777" w:rsidR="00F901FC" w:rsidRPr="00F901FC" w:rsidRDefault="00F901FC" w:rsidP="00E73596">
            <w:pPr>
              <w:spacing w:line="260" w:lineRule="exact"/>
            </w:pPr>
            <w:proofErr w:type="spellStart"/>
            <w:r w:rsidRPr="00F901FC">
              <w:rPr>
                <w:b/>
              </w:rPr>
              <w:t>後続手続の名称</w:t>
            </w:r>
            <w:proofErr w:type="spellEnd"/>
          </w:p>
        </w:tc>
        <w:tc>
          <w:tcPr>
            <w:tcW w:w="4320" w:type="dxa"/>
          </w:tcPr>
          <w:p w14:paraId="7F543A6F" w14:textId="77777777" w:rsidR="00F901FC" w:rsidRPr="00F901FC" w:rsidRDefault="00F901FC" w:rsidP="00E73596">
            <w:pPr>
              <w:spacing w:line="260" w:lineRule="exact"/>
            </w:pPr>
          </w:p>
        </w:tc>
      </w:tr>
      <w:tr w:rsidR="00F901FC" w:rsidRPr="00F901FC" w14:paraId="291FC967" w14:textId="77777777" w:rsidTr="00E73596">
        <w:trPr>
          <w:trHeight w:val="720"/>
        </w:trPr>
        <w:tc>
          <w:tcPr>
            <w:tcW w:w="4320" w:type="dxa"/>
          </w:tcPr>
          <w:p w14:paraId="492F2D6D" w14:textId="77777777" w:rsidR="00F901FC" w:rsidRPr="00F901FC" w:rsidRDefault="00F901FC" w:rsidP="00E73596">
            <w:pPr>
              <w:spacing w:line="260" w:lineRule="exact"/>
              <w:rPr>
                <w:lang w:eastAsia="ja-JP"/>
              </w:rPr>
            </w:pPr>
            <w:r w:rsidRPr="00F901FC">
              <w:rPr>
                <w:b/>
                <w:lang w:eastAsia="ja-JP"/>
              </w:rPr>
              <w:t>提出先から受付印を求められた状況</w:t>
            </w:r>
          </w:p>
        </w:tc>
        <w:tc>
          <w:tcPr>
            <w:tcW w:w="4320" w:type="dxa"/>
          </w:tcPr>
          <w:p w14:paraId="5D0BCF46" w14:textId="77777777" w:rsidR="00F901FC" w:rsidRDefault="00F901FC" w:rsidP="00E73596">
            <w:pPr>
              <w:spacing w:line="260" w:lineRule="exact"/>
              <w:rPr>
                <w:lang w:eastAsia="ja-JP"/>
              </w:rPr>
            </w:pPr>
            <w:r w:rsidRPr="00F901FC">
              <w:rPr>
                <w:lang w:eastAsia="ja-JP"/>
              </w:rPr>
              <w:t xml:space="preserve">□ </w:t>
            </w:r>
            <w:r w:rsidRPr="00F901FC">
              <w:rPr>
                <w:lang w:eastAsia="ja-JP"/>
              </w:rPr>
              <w:t>書面・案内に明記</w:t>
            </w:r>
          </w:p>
          <w:p w14:paraId="223DB79A" w14:textId="77777777" w:rsidR="00F901FC" w:rsidRDefault="00F901FC" w:rsidP="00E73596">
            <w:pPr>
              <w:spacing w:line="260" w:lineRule="exact"/>
              <w:rPr>
                <w:lang w:eastAsia="ja-JP"/>
              </w:rPr>
            </w:pPr>
            <w:r w:rsidRPr="00F901FC">
              <w:rPr>
                <w:lang w:eastAsia="ja-JP"/>
              </w:rPr>
              <w:t xml:space="preserve"> □ </w:t>
            </w:r>
            <w:r w:rsidRPr="00F901FC">
              <w:rPr>
                <w:lang w:eastAsia="ja-JP"/>
              </w:rPr>
              <w:t>窓口等で案内</w:t>
            </w:r>
          </w:p>
          <w:p w14:paraId="31EE96E6" w14:textId="291B955C" w:rsidR="00F901FC" w:rsidRPr="00F901FC" w:rsidRDefault="00F901FC" w:rsidP="00E73596">
            <w:pPr>
              <w:spacing w:line="260" w:lineRule="exact"/>
              <w:rPr>
                <w:lang w:eastAsia="ja-JP"/>
              </w:rPr>
            </w:pPr>
            <w:r w:rsidRPr="00F901FC">
              <w:rPr>
                <w:lang w:eastAsia="ja-JP"/>
              </w:rPr>
              <w:t xml:space="preserve"> □ </w:t>
            </w:r>
            <w:r w:rsidRPr="00F901FC">
              <w:rPr>
                <w:lang w:eastAsia="ja-JP"/>
              </w:rPr>
              <w:t>その他</w:t>
            </w:r>
            <w:r w:rsidRPr="00F901FC">
              <w:rPr>
                <w:lang w:eastAsia="ja-JP"/>
              </w:rPr>
              <w:t xml:space="preserve"> </w:t>
            </w:r>
            <w:r w:rsidRPr="00F901FC">
              <w:rPr>
                <w:lang w:eastAsia="ja-JP"/>
              </w:rPr>
              <w:br/>
              <w:t xml:space="preserve"> </w:t>
            </w:r>
            <w:r w:rsidRPr="00F901FC">
              <w:rPr>
                <w:lang w:eastAsia="ja-JP"/>
              </w:rPr>
              <w:t>確認日・担当部署・案内内容：</w:t>
            </w:r>
            <w:r w:rsidRPr="00F901FC">
              <w:rPr>
                <w:lang w:eastAsia="ja-JP"/>
              </w:rPr>
              <w:t xml:space="preserve"> </w:t>
            </w:r>
            <w:r w:rsidRPr="00F901FC">
              <w:rPr>
                <w:lang w:eastAsia="ja-JP"/>
              </w:rPr>
              <w:br/>
              <w:t xml:space="preserve"> </w:t>
            </w:r>
            <w:r w:rsidRPr="00F901FC">
              <w:rPr>
                <w:lang w:eastAsia="ja-JP"/>
              </w:rPr>
              <w:br/>
            </w:r>
          </w:p>
        </w:tc>
      </w:tr>
      <w:tr w:rsidR="00F901FC" w:rsidRPr="00F901FC" w14:paraId="2239205B" w14:textId="77777777" w:rsidTr="00E73596">
        <w:trPr>
          <w:trHeight w:val="870"/>
        </w:trPr>
        <w:tc>
          <w:tcPr>
            <w:tcW w:w="4320" w:type="dxa"/>
          </w:tcPr>
          <w:p w14:paraId="437E31B6" w14:textId="77777777" w:rsidR="00F901FC" w:rsidRPr="00F901FC" w:rsidRDefault="00F901FC" w:rsidP="00E73596">
            <w:pPr>
              <w:spacing w:line="260" w:lineRule="exact"/>
              <w:rPr>
                <w:lang w:eastAsia="ja-JP"/>
              </w:rPr>
            </w:pPr>
            <w:r w:rsidRPr="00F901FC">
              <w:rPr>
                <w:b/>
                <w:lang w:eastAsia="ja-JP"/>
              </w:rPr>
              <w:t>受付印がない場合に生じる具体的な不利益</w:t>
            </w:r>
          </w:p>
        </w:tc>
        <w:tc>
          <w:tcPr>
            <w:tcW w:w="4320" w:type="dxa"/>
          </w:tcPr>
          <w:p w14:paraId="5B45DCEC" w14:textId="77777777" w:rsidR="00F901FC" w:rsidRPr="00F901FC" w:rsidRDefault="00F901FC" w:rsidP="00E73596">
            <w:pPr>
              <w:spacing w:line="260" w:lineRule="exact"/>
              <w:rPr>
                <w:lang w:eastAsia="ja-JP"/>
              </w:rPr>
            </w:pPr>
            <w:r w:rsidRPr="00F901FC">
              <w:rPr>
                <w:lang w:eastAsia="ja-JP"/>
              </w:rPr>
              <w:br/>
              <w:t xml:space="preserve"> </w:t>
            </w:r>
            <w:r w:rsidRPr="00F901FC">
              <w:rPr>
                <w:lang w:eastAsia="ja-JP"/>
              </w:rPr>
              <w:br/>
            </w:r>
          </w:p>
        </w:tc>
      </w:tr>
      <w:tr w:rsidR="00F901FC" w:rsidRPr="00F901FC" w14:paraId="4D6D4CC0" w14:textId="77777777" w:rsidTr="00E73596">
        <w:trPr>
          <w:trHeight w:val="870"/>
        </w:trPr>
        <w:tc>
          <w:tcPr>
            <w:tcW w:w="4320" w:type="dxa"/>
          </w:tcPr>
          <w:p w14:paraId="049AF5A4" w14:textId="77777777" w:rsidR="00F901FC" w:rsidRPr="00F901FC" w:rsidRDefault="00F901FC" w:rsidP="00E73596">
            <w:pPr>
              <w:spacing w:line="260" w:lineRule="exact"/>
              <w:rPr>
                <w:lang w:eastAsia="ja-JP"/>
              </w:rPr>
            </w:pPr>
            <w:r w:rsidRPr="00F901FC">
              <w:rPr>
                <w:b/>
                <w:lang w:eastAsia="ja-JP"/>
              </w:rPr>
              <w:t>受付印以外の記録で代替できない理由</w:t>
            </w:r>
          </w:p>
        </w:tc>
        <w:tc>
          <w:tcPr>
            <w:tcW w:w="4320" w:type="dxa"/>
          </w:tcPr>
          <w:p w14:paraId="47CE38FE" w14:textId="77777777" w:rsidR="00F901FC" w:rsidRPr="00F901FC" w:rsidRDefault="00F901FC" w:rsidP="00E73596">
            <w:pPr>
              <w:spacing w:line="260" w:lineRule="exact"/>
              <w:rPr>
                <w:lang w:eastAsia="ja-JP"/>
              </w:rPr>
            </w:pPr>
            <w:r w:rsidRPr="00F901FC">
              <w:rPr>
                <w:lang w:eastAsia="ja-JP"/>
              </w:rPr>
              <w:br/>
              <w:t xml:space="preserve"> </w:t>
            </w:r>
            <w:r w:rsidRPr="00F901FC">
              <w:rPr>
                <w:lang w:eastAsia="ja-JP"/>
              </w:rPr>
              <w:br/>
            </w:r>
          </w:p>
        </w:tc>
      </w:tr>
    </w:tbl>
    <w:p w14:paraId="0DAEC421" w14:textId="77777777" w:rsidR="00F901FC" w:rsidRDefault="00F901FC" w:rsidP="00E73596">
      <w:pPr>
        <w:spacing w:line="260" w:lineRule="exact"/>
        <w:rPr>
          <w:b/>
          <w:bCs/>
          <w:lang w:eastAsia="ja-JP"/>
        </w:rPr>
      </w:pPr>
    </w:p>
    <w:p w14:paraId="752651D7" w14:textId="6E1DF0E0" w:rsidR="00F901FC" w:rsidRPr="00F901FC" w:rsidRDefault="00F901FC" w:rsidP="00E73596">
      <w:pPr>
        <w:spacing w:line="260" w:lineRule="exact"/>
        <w:rPr>
          <w:b/>
          <w:bCs/>
        </w:rPr>
      </w:pPr>
      <w:r w:rsidRPr="00F901FC">
        <w:rPr>
          <w:b/>
          <w:bCs/>
        </w:rPr>
        <w:t xml:space="preserve">3 </w:t>
      </w:r>
      <w:proofErr w:type="spellStart"/>
      <w:r w:rsidRPr="00F901FC">
        <w:rPr>
          <w:b/>
          <w:bCs/>
        </w:rPr>
        <w:t>添付資料・返却方法</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4320"/>
        <w:gridCol w:w="4320"/>
      </w:tblGrid>
      <w:tr w:rsidR="00F901FC" w:rsidRPr="00F901FC" w14:paraId="037B49A5" w14:textId="77777777" w:rsidTr="00E73596">
        <w:tc>
          <w:tcPr>
            <w:tcW w:w="4320" w:type="dxa"/>
          </w:tcPr>
          <w:p w14:paraId="5A1E9B1E" w14:textId="77777777" w:rsidR="00F901FC" w:rsidRPr="00F901FC" w:rsidRDefault="00F901FC" w:rsidP="00E73596">
            <w:pPr>
              <w:spacing w:line="260" w:lineRule="exact"/>
            </w:pPr>
            <w:proofErr w:type="spellStart"/>
            <w:r w:rsidRPr="00F901FC">
              <w:rPr>
                <w:b/>
              </w:rPr>
              <w:t>添付資料</w:t>
            </w:r>
            <w:proofErr w:type="spellEnd"/>
          </w:p>
        </w:tc>
        <w:tc>
          <w:tcPr>
            <w:tcW w:w="4320" w:type="dxa"/>
          </w:tcPr>
          <w:p w14:paraId="6331AB08" w14:textId="42E8BC56" w:rsidR="00F901FC" w:rsidRPr="00F901FC" w:rsidRDefault="00F901FC" w:rsidP="00E73596">
            <w:pPr>
              <w:spacing w:line="260" w:lineRule="exact"/>
              <w:rPr>
                <w:lang w:eastAsia="ja-JP"/>
              </w:rPr>
            </w:pPr>
            <w:r w:rsidRPr="00F901FC">
              <w:rPr>
                <w:lang w:eastAsia="ja-JP"/>
              </w:rPr>
              <w:t xml:space="preserve">□ </w:t>
            </w:r>
            <w:r w:rsidRPr="00F901FC">
              <w:rPr>
                <w:lang w:eastAsia="ja-JP"/>
              </w:rPr>
              <w:t>手続案内</w:t>
            </w:r>
            <w:r w:rsidRPr="00F901FC">
              <w:rPr>
                <w:lang w:eastAsia="ja-JP"/>
              </w:rPr>
              <w:t xml:space="preserve"> </w:t>
            </w:r>
            <w:r>
              <w:rPr>
                <w:lang w:eastAsia="ja-JP"/>
              </w:rPr>
              <w:br/>
            </w:r>
            <w:r w:rsidRPr="00F901FC">
              <w:rPr>
                <w:lang w:eastAsia="ja-JP"/>
              </w:rPr>
              <w:t xml:space="preserve">□ </w:t>
            </w:r>
            <w:r w:rsidRPr="00F901FC">
              <w:rPr>
                <w:lang w:eastAsia="ja-JP"/>
              </w:rPr>
              <w:t>提出書類一覧</w:t>
            </w:r>
            <w:r>
              <w:rPr>
                <w:lang w:eastAsia="ja-JP"/>
              </w:rPr>
              <w:br/>
            </w:r>
            <w:r w:rsidRPr="00F901FC">
              <w:rPr>
                <w:lang w:eastAsia="ja-JP"/>
              </w:rPr>
              <w:t xml:space="preserve"> □ </w:t>
            </w:r>
            <w:r w:rsidRPr="00F901FC">
              <w:rPr>
                <w:lang w:eastAsia="ja-JP"/>
              </w:rPr>
              <w:t>相手方からのメール等</w:t>
            </w:r>
            <w:r w:rsidRPr="00F901FC">
              <w:rPr>
                <w:lang w:eastAsia="ja-JP"/>
              </w:rPr>
              <w:t xml:space="preserve"> </w:t>
            </w:r>
            <w:r w:rsidRPr="00F901FC">
              <w:rPr>
                <w:lang w:eastAsia="ja-JP"/>
              </w:rPr>
              <w:br/>
              <w:t xml:space="preserve"> □ </w:t>
            </w:r>
            <w:r w:rsidRPr="00F901FC">
              <w:rPr>
                <w:lang w:eastAsia="ja-JP"/>
              </w:rPr>
              <w:t>その他（</w:t>
            </w:r>
            <w:r w:rsidRPr="00F901FC">
              <w:rPr>
                <w:lang w:eastAsia="ja-JP"/>
              </w:rPr>
              <w:t xml:space="preserve"> </w:t>
            </w:r>
            <w:r w:rsidRPr="00F901FC">
              <w:rPr>
                <w:lang w:eastAsia="ja-JP"/>
              </w:rPr>
              <w:t>）</w:t>
            </w:r>
            <w:r>
              <w:rPr>
                <w:lang w:eastAsia="ja-JP"/>
              </w:rPr>
              <w:br/>
            </w:r>
            <w:r w:rsidRPr="00F901FC">
              <w:rPr>
                <w:lang w:eastAsia="ja-JP"/>
              </w:rPr>
              <w:t xml:space="preserve"> □ </w:t>
            </w:r>
            <w:r w:rsidRPr="00F901FC">
              <w:rPr>
                <w:lang w:eastAsia="ja-JP"/>
              </w:rPr>
              <w:t>添付なし</w:t>
            </w:r>
          </w:p>
        </w:tc>
      </w:tr>
      <w:tr w:rsidR="00F901FC" w:rsidRPr="00F901FC" w14:paraId="48204F3C" w14:textId="77777777" w:rsidTr="00E73596">
        <w:tc>
          <w:tcPr>
            <w:tcW w:w="4320" w:type="dxa"/>
          </w:tcPr>
          <w:p w14:paraId="2BC4FC76" w14:textId="77777777" w:rsidR="00F901FC" w:rsidRPr="00F901FC" w:rsidRDefault="00F901FC" w:rsidP="00E73596">
            <w:pPr>
              <w:spacing w:line="260" w:lineRule="exact"/>
              <w:rPr>
                <w:lang w:eastAsia="ja-JP"/>
              </w:rPr>
            </w:pPr>
            <w:r w:rsidRPr="00F901FC">
              <w:rPr>
                <w:b/>
                <w:lang w:eastAsia="ja-JP"/>
              </w:rPr>
              <w:t>押印を希望する控えの部数</w:t>
            </w:r>
          </w:p>
        </w:tc>
        <w:tc>
          <w:tcPr>
            <w:tcW w:w="4320" w:type="dxa"/>
          </w:tcPr>
          <w:p w14:paraId="3F15F337" w14:textId="6445AB2E" w:rsidR="00F901FC" w:rsidRPr="00F901FC" w:rsidRDefault="00F901FC" w:rsidP="00E73596">
            <w:pPr>
              <w:spacing w:line="260" w:lineRule="exact"/>
            </w:pPr>
            <w:r w:rsidRPr="00F901FC">
              <w:rPr>
                <w:lang w:eastAsia="ja-JP"/>
              </w:rPr>
              <w:t xml:space="preserve"> </w:t>
            </w:r>
            <w:r>
              <w:rPr>
                <w:rFonts w:hint="eastAsia"/>
                <w:lang w:eastAsia="ja-JP"/>
              </w:rPr>
              <w:t xml:space="preserve">　</w:t>
            </w:r>
            <w:r w:rsidRPr="00F901FC">
              <w:t>部</w:t>
            </w:r>
          </w:p>
        </w:tc>
      </w:tr>
      <w:tr w:rsidR="00F901FC" w:rsidRPr="00F901FC" w14:paraId="59F7FB86" w14:textId="77777777" w:rsidTr="00E73596">
        <w:tc>
          <w:tcPr>
            <w:tcW w:w="4320" w:type="dxa"/>
          </w:tcPr>
          <w:p w14:paraId="1A8C8ADD" w14:textId="77777777" w:rsidR="00F901FC" w:rsidRPr="00F901FC" w:rsidRDefault="00F901FC" w:rsidP="00E73596">
            <w:pPr>
              <w:spacing w:line="260" w:lineRule="exact"/>
            </w:pPr>
            <w:proofErr w:type="spellStart"/>
            <w:r w:rsidRPr="00F901FC">
              <w:rPr>
                <w:b/>
              </w:rPr>
              <w:t>返却方法</w:t>
            </w:r>
            <w:proofErr w:type="spellEnd"/>
          </w:p>
        </w:tc>
        <w:tc>
          <w:tcPr>
            <w:tcW w:w="4320" w:type="dxa"/>
          </w:tcPr>
          <w:p w14:paraId="1CB80080" w14:textId="64ABE00D" w:rsidR="00F901FC" w:rsidRPr="00F901FC" w:rsidRDefault="00F901FC" w:rsidP="00E73596">
            <w:pPr>
              <w:spacing w:line="260" w:lineRule="exact"/>
              <w:rPr>
                <w:lang w:eastAsia="ja-JP"/>
              </w:rPr>
            </w:pPr>
            <w:r w:rsidRPr="00F901FC">
              <w:rPr>
                <w:lang w:eastAsia="ja-JP"/>
              </w:rPr>
              <w:t xml:space="preserve">□ </w:t>
            </w:r>
            <w:r w:rsidRPr="00F901FC">
              <w:rPr>
                <w:lang w:eastAsia="ja-JP"/>
              </w:rPr>
              <w:t>窓口で受領</w:t>
            </w:r>
            <w:r w:rsidRPr="00F901FC">
              <w:rPr>
                <w:lang w:eastAsia="ja-JP"/>
              </w:rPr>
              <w:t xml:space="preserve"> </w:t>
            </w:r>
            <w:r>
              <w:rPr>
                <w:lang w:eastAsia="ja-JP"/>
              </w:rPr>
              <w:br/>
            </w:r>
            <w:r w:rsidRPr="00F901FC">
              <w:rPr>
                <w:lang w:eastAsia="ja-JP"/>
              </w:rPr>
              <w:t xml:space="preserve">□ </w:t>
            </w:r>
            <w:r w:rsidRPr="00F901FC">
              <w:rPr>
                <w:lang w:eastAsia="ja-JP"/>
              </w:rPr>
              <w:t>同封の返信用封筒で返送</w:t>
            </w:r>
            <w:r>
              <w:rPr>
                <w:lang w:eastAsia="ja-JP"/>
              </w:rPr>
              <w:br/>
            </w:r>
            <w:r w:rsidRPr="00F901FC">
              <w:rPr>
                <w:lang w:eastAsia="ja-JP"/>
              </w:rPr>
              <w:t xml:space="preserve"> □ </w:t>
            </w:r>
            <w:r w:rsidRPr="00F901FC">
              <w:rPr>
                <w:lang w:eastAsia="ja-JP"/>
              </w:rPr>
              <w:t>その他（</w:t>
            </w:r>
            <w:r w:rsidRPr="00F901FC">
              <w:rPr>
                <w:lang w:eastAsia="ja-JP"/>
              </w:rPr>
              <w:t xml:space="preserve"> </w:t>
            </w:r>
            <w:r w:rsidRPr="00F901FC">
              <w:rPr>
                <w:lang w:eastAsia="ja-JP"/>
              </w:rPr>
              <w:t>）</w:t>
            </w:r>
          </w:p>
        </w:tc>
      </w:tr>
    </w:tbl>
    <w:p w14:paraId="19793965" w14:textId="77777777" w:rsidR="00F901FC" w:rsidRPr="00F901FC" w:rsidRDefault="00F901FC" w:rsidP="00E73596">
      <w:pPr>
        <w:spacing w:line="260" w:lineRule="exact"/>
        <w:rPr>
          <w:lang w:eastAsia="ja-JP"/>
        </w:rPr>
      </w:pPr>
      <w:r w:rsidRPr="00F901FC">
        <w:rPr>
          <w:lang w:eastAsia="ja-JP"/>
        </w:rPr>
        <w:t>上記の記載内容に相違ありません。なお、申出内容の確認に必要な場合、奈良市が後続手続の所管機関等に確認を行うことに同意します。</w:t>
      </w:r>
    </w:p>
    <w:p w14:paraId="53618AD2" w14:textId="29933A0B" w:rsidR="00307E80" w:rsidRPr="00F901FC" w:rsidRDefault="00F901FC" w:rsidP="00E73596">
      <w:pPr>
        <w:spacing w:line="260" w:lineRule="exact"/>
        <w:rPr>
          <w:lang w:eastAsia="ja-JP"/>
        </w:rPr>
      </w:pPr>
      <w:r w:rsidRPr="00F901FC">
        <w:rPr>
          <w:lang w:eastAsia="ja-JP"/>
        </w:rPr>
        <w:t>提出先・問い合わせ先：</w:t>
      </w:r>
      <w:r>
        <w:rPr>
          <w:lang w:eastAsia="ja-JP"/>
        </w:rPr>
        <w:br/>
      </w:r>
      <w:r w:rsidRPr="00F901FC">
        <w:rPr>
          <w:lang w:eastAsia="ja-JP"/>
        </w:rPr>
        <w:t>奈良市環境部廃棄物対策課</w:t>
      </w:r>
      <w:r>
        <w:rPr>
          <w:lang w:eastAsia="ja-JP"/>
        </w:rPr>
        <w:br/>
      </w:r>
      <w:r w:rsidRPr="00F901FC">
        <w:rPr>
          <w:lang w:eastAsia="ja-JP"/>
        </w:rPr>
        <w:t xml:space="preserve"> </w:t>
      </w:r>
      <w:r w:rsidRPr="00F901FC">
        <w:rPr>
          <w:lang w:eastAsia="ja-JP"/>
        </w:rPr>
        <w:t>電話：</w:t>
      </w:r>
      <w:r w:rsidRPr="00F901FC">
        <w:rPr>
          <w:lang w:eastAsia="ja-JP"/>
        </w:rPr>
        <w:t xml:space="preserve">0742-71-3001 </w:t>
      </w:r>
      <w:r>
        <w:rPr>
          <w:rFonts w:hint="eastAsia"/>
          <w:lang w:eastAsia="ja-JP"/>
        </w:rPr>
        <w:t xml:space="preserve">　</w:t>
      </w:r>
      <w:r w:rsidRPr="00F901FC">
        <w:rPr>
          <w:lang w:eastAsia="ja-JP"/>
        </w:rPr>
        <w:t>メール：</w:t>
      </w:r>
      <w:r w:rsidRPr="00F901FC">
        <w:rPr>
          <w:lang w:eastAsia="ja-JP"/>
        </w:rPr>
        <w:t>dx-sanpai-houkoku@city.nara.lg.jp</w:t>
      </w:r>
    </w:p>
    <w:sectPr w:rsidR="00307E80" w:rsidRPr="00F901FC" w:rsidSect="0003461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7B6065" w14:textId="77777777" w:rsidR="00F203E4" w:rsidRDefault="00F203E4" w:rsidP="00F901FC">
      <w:pPr>
        <w:spacing w:after="0" w:line="240" w:lineRule="auto"/>
      </w:pPr>
      <w:r>
        <w:separator/>
      </w:r>
    </w:p>
  </w:endnote>
  <w:endnote w:type="continuationSeparator" w:id="0">
    <w:p w14:paraId="5C3DDEE0" w14:textId="77777777" w:rsidR="00F203E4" w:rsidRDefault="00F203E4" w:rsidP="00F901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5EE847" w14:textId="77777777" w:rsidR="00F203E4" w:rsidRDefault="00F203E4" w:rsidP="00F901FC">
      <w:pPr>
        <w:spacing w:after="0" w:line="240" w:lineRule="auto"/>
      </w:pPr>
      <w:r>
        <w:separator/>
      </w:r>
    </w:p>
  </w:footnote>
  <w:footnote w:type="continuationSeparator" w:id="0">
    <w:p w14:paraId="77FFF4EE" w14:textId="77777777" w:rsidR="00F203E4" w:rsidRDefault="00F203E4" w:rsidP="00F901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bordersDoNotSurroundHeader/>
  <w:bordersDoNotSurroundFooter/>
  <w:proofState w:spelling="clean" w:grammar="dirty"/>
  <w:defaultTabStop w:val="720"/>
  <w:characterSpacingControl w:val="doNotCompress"/>
  <w:hdrShapeDefaults>
    <o:shapedefaults v:ext="edit" spidmax="14337">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120B6"/>
    <w:rsid w:val="0015074B"/>
    <w:rsid w:val="0029639D"/>
    <w:rsid w:val="00307E80"/>
    <w:rsid w:val="00326F90"/>
    <w:rsid w:val="003F4999"/>
    <w:rsid w:val="00474F80"/>
    <w:rsid w:val="006B04D7"/>
    <w:rsid w:val="00AA1D8D"/>
    <w:rsid w:val="00AB0E30"/>
    <w:rsid w:val="00AE3C91"/>
    <w:rsid w:val="00B47730"/>
    <w:rsid w:val="00CB0664"/>
    <w:rsid w:val="00E73596"/>
    <w:rsid w:val="00F203E4"/>
    <w:rsid w:val="00F901F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v:textbox inset="5.85pt,.7pt,5.85pt,.7pt"/>
    </o:shapedefaults>
    <o:shapelayout v:ext="edit">
      <o:idmap v:ext="edit" data="1"/>
    </o:shapelayout>
  </w:shapeDefaults>
  <w:decimalSymbol w:val="."/>
  <w:listSeparator w:val=","/>
  <w14:docId w14:val="178BEB77"/>
  <w14:defaultImageDpi w14:val="300"/>
  <w15:docId w15:val="{571F5871-87AC-4276-961A-F783F306F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Pages>
  <Words>123</Words>
  <Characters>706</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藤脇　大成</cp:lastModifiedBy>
  <cp:revision>9</cp:revision>
  <dcterms:created xsi:type="dcterms:W3CDTF">2013-12-23T23:15:00Z</dcterms:created>
  <dcterms:modified xsi:type="dcterms:W3CDTF">2026-10-22T02:58:00Z</dcterms:modified>
  <cp:category/>
</cp:coreProperties>
</file>